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31"/>
        <w:gridCol w:w="5131"/>
      </w:tblGrid>
      <w:tr>
        <w:tc>
          <w:tcPr>
            <w:tcW w:type="dxa" w:w="7767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0" w:type="dxa"/>
              <w:start w:w="0" w:type="dxa"/>
              <w:bottom w:w="50" w:type="dxa"/>
              <w:end w:w="0" w:type="dxa"/>
            </w:tcMar>
          </w:tcPr>
          <w:p/>
          <w:p>
            <w:pPr>
              <w:spacing w:after="40" w:before="0" w:line="252" w:lineRule="auto"/>
            </w:pPr>
            <w:r>
              <w:rPr>
                <w:rFonts w:ascii="Aptos" w:hAnsi="Aptos" w:eastAsia="Aptos"/>
                <w:b/>
                <w:i w:val="0"/>
                <w:color w:val="202020"/>
                <w:sz w:val="44"/>
              </w:rPr>
              <w:t>[FIRSTNAME LASTNAME]</w:t>
            </w:r>
          </w:p>
          <w:p>
            <w:pPr>
              <w:spacing w:after="120" w:before="0" w:line="252" w:lineRule="auto"/>
            </w:pPr>
            <w:r>
              <w:rPr>
                <w:rFonts w:ascii="Aptos" w:hAnsi="Aptos" w:eastAsia="Aptos"/>
                <w:b/>
                <w:i w:val="0"/>
                <w:color w:val="35A18B"/>
                <w:sz w:val="20"/>
              </w:rPr>
              <w:t>[Target role] | [Main technical area] | [Germany/EU application]</w:t>
            </w:r>
          </w:p>
          <w:p>
            <w:pPr>
              <w:spacing w:after="20" w:before="0" w:line="252" w:lineRule="auto"/>
            </w:pPr>
            <w:r>
              <w:rPr>
                <w:rFonts w:ascii="Aptos" w:hAnsi="Aptos" w:eastAsia="Aptos"/>
                <w:b w:val="0"/>
                <w:i w:val="0"/>
                <w:color w:val="60706C"/>
                <w:sz w:val="17"/>
              </w:rPr>
              <w:t>[email@example.com]   |   [+49 / +XX phone]   |   [City, Country]   |   [LinkedIn URL]</w:t>
            </w:r>
          </w:p>
        </w:tc>
        <w:tc>
          <w:tcPr>
            <w:tcW w:type="dxa" w:w="2324"/>
            <w:tcBorders>
              <w:top w:val="single" w:sz="8" w:color="DFE8E5"/>
              <w:left w:val="single" w:sz="8" w:color="DFE8E5"/>
              <w:bottom w:val="single" w:sz="8" w:color="DFE8E5"/>
              <w:right w:val="single" w:sz="8" w:color="DFE8E5"/>
              <w:insideH w:val="nil"/>
              <w:insideV w:val="nil"/>
            </w:tcBorders>
            <w:tcMar>
              <w:top w:w="160" w:type="dxa"/>
              <w:start w:w="120" w:type="dxa"/>
              <w:bottom w:w="160" w:type="dxa"/>
              <w:end w:w="120" w:type="dxa"/>
            </w:tcMar>
            <w:shd w:fill="F4F8F7"/>
            <w:vAlign w:val="center"/>
          </w:tcPr>
          <w:p/>
          <w:p>
            <w:pPr>
              <w:spacing w:after="20" w:before="0" w:line="252" w:lineRule="auto"/>
              <w:jc w:val="center"/>
            </w:pPr>
            <w:r>
              <w:rPr>
                <w:rFonts w:ascii="Aptos" w:hAnsi="Aptos" w:eastAsia="Aptos"/>
                <w:b/>
                <w:i w:val="0"/>
                <w:color w:val="35A18B"/>
                <w:sz w:val="18"/>
              </w:rPr>
              <w:t>PHOTO</w:t>
            </w:r>
          </w:p>
          <w:p>
            <w:pPr>
              <w:spacing w:after="0" w:before="0" w:line="252" w:lineRule="auto"/>
              <w:jc w:val="center"/>
            </w:pPr>
            <w:r>
              <w:rPr>
                <w:rFonts w:ascii="Aptos" w:hAnsi="Aptos" w:eastAsia="Aptos"/>
                <w:b w:val="0"/>
                <w:i w:val="0"/>
                <w:color w:val="60706C"/>
                <w:sz w:val="15"/>
              </w:rPr>
              <w:t>optional in Germany</w:t>
              <w:br/>
              <w:t>professional only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262"/>
      </w:tblGrid>
      <w:tr>
        <w:tc>
          <w:tcPr>
            <w:tcW w:type="dxa" w:w="1026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35A18B"/>
            <w:tcMar>
              <w:top w:w="0" w:type="dxa"/>
              <w:start w:w="0" w:type="dxa"/>
              <w:bottom w:w="0" w:type="dxa"/>
              <w:end w:w="0" w:type="dxa"/>
            </w:tcMar>
          </w:tcPr>
          <w:p>
            <w:pPr>
              <w:spacing w:after="0"/>
            </w:pPr>
            <w:r/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31"/>
        <w:gridCol w:w="5131"/>
      </w:tblGrid>
      <w:tr>
        <w:tc>
          <w:tcPr>
            <w:tcW w:type="dxa" w:w="6974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80" w:type="dxa"/>
              <w:start w:w="0" w:type="dxa"/>
              <w:bottom w:w="0" w:type="dxa"/>
              <w:end w:w="180" w:type="dxa"/>
            </w:tcMar>
          </w:tcPr>
          <w:p/>
          <w:p>
            <w:pPr>
              <w:spacing w:after="100" w:before="160" w:line="252" w:lineRule="auto"/>
            </w:pPr>
            <w:r>
              <w:rPr>
                <w:rFonts w:ascii="Aptos" w:hAnsi="Aptos" w:eastAsia="Aptos"/>
                <w:b/>
                <w:i w:val="0"/>
                <w:color w:val="35A18B"/>
                <w:sz w:val="18"/>
              </w:rPr>
              <w:t>PROFESSIONAL PROFILE</w:t>
            </w:r>
          </w:p>
          <w:p>
            <w:pPr>
              <w:spacing w:after="80" w:before="0" w:line="259" w:lineRule="auto"/>
            </w:pPr>
            <w:r>
              <w:rPr>
                <w:rFonts w:ascii="Aptos" w:hAnsi="Aptos" w:eastAsia="Aptos"/>
                <w:b w:val="0"/>
                <w:i w:val="0"/>
                <w:color w:val="202020"/>
                <w:sz w:val="18"/>
              </w:rPr>
              <w:t>[2-3 lines summarising your profession, years of experience, main technical environment and target role in Germany. Keep it specific and recruiter-friendly.]</w:t>
            </w:r>
          </w:p>
          <w:p>
            <w:pPr>
              <w:spacing w:after="100" w:before="160" w:line="252" w:lineRule="auto"/>
            </w:pPr>
            <w:r>
              <w:rPr>
                <w:rFonts w:ascii="Aptos" w:hAnsi="Aptos" w:eastAsia="Aptos"/>
                <w:b/>
                <w:i w:val="0"/>
                <w:color w:val="35A18B"/>
                <w:sz w:val="18"/>
              </w:rPr>
              <w:t>WORK EXPERIENCE</w:t>
            </w:r>
          </w:p>
          <w:p>
            <w:pPr>
              <w:spacing w:after="0" w:before="120" w:line="252" w:lineRule="auto"/>
            </w:pPr>
            <w:r>
              <w:rPr>
                <w:rFonts w:ascii="Aptos" w:hAnsi="Aptos" w:eastAsia="Aptos"/>
                <w:b/>
                <w:i w:val="0"/>
                <w:color w:val="202020"/>
                <w:sz w:val="20"/>
              </w:rPr>
              <w:t>[Current / most recent job title]</w:t>
            </w:r>
          </w:p>
          <w:p>
            <w:pPr>
              <w:spacing w:after="60" w:before="0" w:line="252" w:lineRule="auto"/>
            </w:pPr>
            <w:r>
              <w:rPr>
                <w:rFonts w:ascii="Aptos" w:hAnsi="Aptos" w:eastAsia="Aptos"/>
                <w:b w:val="0"/>
                <w:i w:val="0"/>
                <w:color w:val="60706C"/>
                <w:sz w:val="17"/>
              </w:rPr>
              <w:t>[Company] - [City, Country] | [MM/YYYY] - Present</w:t>
            </w:r>
          </w:p>
          <w:p>
            <w:pPr>
              <w:spacing w:after="34" w:line="245" w:lineRule="auto"/>
              <w:ind w:left="142" w:hanging="142"/>
            </w:pPr>
            <w:r>
              <w:rPr>
                <w:rFonts w:ascii="Aptos" w:hAnsi="Aptos" w:eastAsia="Aptos"/>
                <w:b/>
                <w:i w:val="0"/>
                <w:color w:val="35A18B"/>
                <w:sz w:val="17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202020"/>
                <w:sz w:val="17"/>
              </w:rPr>
              <w:t>[Main responsibility or technical environment in one clear line.]</w:t>
            </w:r>
          </w:p>
          <w:p>
            <w:pPr>
              <w:spacing w:after="34" w:line="245" w:lineRule="auto"/>
              <w:ind w:left="142" w:hanging="142"/>
            </w:pPr>
            <w:r>
              <w:rPr>
                <w:rFonts w:ascii="Aptos" w:hAnsi="Aptos" w:eastAsia="Aptos"/>
                <w:b/>
                <w:i w:val="0"/>
                <w:color w:val="35A18B"/>
                <w:sz w:val="17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202020"/>
                <w:sz w:val="17"/>
              </w:rPr>
              <w:t>[Relevant machines, systems, tools or processes - keep concise.]</w:t>
            </w:r>
          </w:p>
          <w:p>
            <w:pPr>
              <w:spacing w:after="34" w:line="245" w:lineRule="auto"/>
              <w:ind w:left="142" w:hanging="142"/>
            </w:pPr>
            <w:r>
              <w:rPr>
                <w:rFonts w:ascii="Aptos" w:hAnsi="Aptos" w:eastAsia="Aptos"/>
                <w:b/>
                <w:i w:val="0"/>
                <w:color w:val="35A18B"/>
                <w:sz w:val="17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202020"/>
                <w:sz w:val="17"/>
              </w:rPr>
              <w:t>[Result, scope, shift environment or level of autonomy if relevant.]</w:t>
            </w:r>
          </w:p>
          <w:p>
            <w:pPr>
              <w:spacing w:after="0" w:before="120" w:line="252" w:lineRule="auto"/>
            </w:pPr>
            <w:r>
              <w:rPr>
                <w:rFonts w:ascii="Aptos" w:hAnsi="Aptos" w:eastAsia="Aptos"/>
                <w:b/>
                <w:i w:val="0"/>
                <w:color w:val="202020"/>
                <w:sz w:val="20"/>
              </w:rPr>
              <w:t>[Previous job title]</w:t>
            </w:r>
          </w:p>
          <w:p>
            <w:pPr>
              <w:spacing w:after="60" w:before="0" w:line="252" w:lineRule="auto"/>
            </w:pPr>
            <w:r>
              <w:rPr>
                <w:rFonts w:ascii="Aptos" w:hAnsi="Aptos" w:eastAsia="Aptos"/>
                <w:b w:val="0"/>
                <w:i w:val="0"/>
                <w:color w:val="60706C"/>
                <w:sz w:val="17"/>
              </w:rPr>
              <w:t>[Company] - [City, Country] | [MM/YYYY] - [MM/YYYY]</w:t>
            </w:r>
          </w:p>
          <w:p>
            <w:pPr>
              <w:spacing w:after="34" w:line="245" w:lineRule="auto"/>
              <w:ind w:left="142" w:hanging="142"/>
            </w:pPr>
            <w:r>
              <w:rPr>
                <w:rFonts w:ascii="Aptos" w:hAnsi="Aptos" w:eastAsia="Aptos"/>
                <w:b/>
                <w:i w:val="0"/>
                <w:color w:val="35A18B"/>
                <w:sz w:val="17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202020"/>
                <w:sz w:val="17"/>
              </w:rPr>
              <w:t>[Relevant responsibilities for the German target role.]</w:t>
            </w:r>
          </w:p>
          <w:p>
            <w:pPr>
              <w:spacing w:after="34" w:line="245" w:lineRule="auto"/>
              <w:ind w:left="142" w:hanging="142"/>
            </w:pPr>
            <w:r>
              <w:rPr>
                <w:rFonts w:ascii="Aptos" w:hAnsi="Aptos" w:eastAsia="Aptos"/>
                <w:b/>
                <w:i w:val="0"/>
                <w:color w:val="35A18B"/>
                <w:sz w:val="17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202020"/>
                <w:sz w:val="17"/>
              </w:rPr>
              <w:t>[Tools, equipment, standards or production environment.]</w:t>
            </w:r>
          </w:p>
          <w:p>
            <w:pPr>
              <w:spacing w:after="100" w:before="160" w:line="252" w:lineRule="auto"/>
            </w:pPr>
            <w:r>
              <w:rPr>
                <w:rFonts w:ascii="Aptos" w:hAnsi="Aptos" w:eastAsia="Aptos"/>
                <w:b/>
                <w:i w:val="0"/>
                <w:color w:val="35A18B"/>
                <w:sz w:val="18"/>
              </w:rPr>
              <w:t>EDUCATION AND VOCATIONAL TRAINING</w:t>
            </w:r>
          </w:p>
          <w:p>
            <w:pPr>
              <w:spacing w:after="0" w:before="0" w:line="252" w:lineRule="auto"/>
            </w:pPr>
            <w:r>
              <w:rPr>
                <w:rFonts w:ascii="Aptos" w:hAnsi="Aptos" w:eastAsia="Aptos"/>
                <w:b/>
                <w:i w:val="0"/>
                <w:color w:val="202020"/>
                <w:sz w:val="18"/>
              </w:rPr>
              <w:t>[Degree / vocational qualification / apprenticeship]</w:t>
            </w:r>
          </w:p>
          <w:p>
            <w:pPr>
              <w:spacing w:after="40" w:before="0" w:line="252" w:lineRule="auto"/>
            </w:pPr>
            <w:r>
              <w:rPr>
                <w:rFonts w:ascii="Aptos" w:hAnsi="Aptos" w:eastAsia="Aptos"/>
                <w:b w:val="0"/>
                <w:i w:val="0"/>
                <w:color w:val="60706C"/>
                <w:sz w:val="17"/>
              </w:rPr>
              <w:t>[Institution] - [City, Country] | [YYYY] - [YYYY]</w:t>
            </w:r>
          </w:p>
          <w:p>
            <w:pPr>
              <w:spacing w:after="60" w:before="0" w:line="252" w:lineRule="auto"/>
            </w:pPr>
            <w:r>
              <w:rPr>
                <w:rFonts w:ascii="Aptos" w:hAnsi="Aptos" w:eastAsia="Aptos"/>
                <w:b w:val="0"/>
                <w:i w:val="0"/>
                <w:color w:val="202020"/>
                <w:sz w:val="17"/>
              </w:rPr>
              <w:t>[Optional: short note if the qualification is relevant for the German role.]</w:t>
            </w:r>
          </w:p>
          <w:p>
            <w:pPr>
              <w:spacing w:after="100" w:before="160" w:line="252" w:lineRule="auto"/>
            </w:pPr>
            <w:r>
              <w:rPr>
                <w:rFonts w:ascii="Aptos" w:hAnsi="Aptos" w:eastAsia="Aptos"/>
                <w:b/>
                <w:i w:val="0"/>
                <w:color w:val="35A18B"/>
                <w:sz w:val="18"/>
              </w:rPr>
              <w:t>SELECTED PROJECT OR TECHNICAL FOCUS</w:t>
            </w:r>
          </w:p>
          <w:p>
            <w:pPr>
              <w:spacing w:after="60" w:before="0" w:line="252" w:lineRule="auto"/>
            </w:pPr>
            <w:r>
              <w:rPr>
                <w:rFonts w:ascii="Aptos" w:hAnsi="Aptos" w:eastAsia="Aptos"/>
                <w:b w:val="0"/>
                <w:i w:val="0"/>
                <w:color w:val="202020"/>
                <w:sz w:val="17"/>
              </w:rPr>
              <w:t>[Optional section. Use only if it helps recruiters understand a relevant project, machine environment, automation system, maintenance scope, commissioning task or engineering focus.]</w:t>
            </w:r>
          </w:p>
        </w:tc>
        <w:tc>
          <w:tcPr>
            <w:tcW w:type="dxa" w:w="2948"/>
            <w:tcBorders>
              <w:top w:val="nil"/>
              <w:left w:val="single" w:sz="8" w:color="DFE8E5"/>
              <w:bottom w:val="nil"/>
              <w:right w:val="nil"/>
              <w:insideH w:val="nil"/>
              <w:insideV w:val="nil"/>
            </w:tcBorders>
            <w:tcMar>
              <w:top w:w="80" w:type="dxa"/>
              <w:start w:w="180" w:type="dxa"/>
              <w:bottom w:w="0" w:type="dxa"/>
              <w:end w:w="180" w:type="dxa"/>
            </w:tcMar>
            <w:shd w:fill="F4F8F7"/>
          </w:tcPr>
          <w:p/>
          <w:p>
            <w:pPr>
              <w:spacing w:after="100" w:before="160" w:line="252" w:lineRule="auto"/>
            </w:pPr>
            <w:r>
              <w:rPr>
                <w:rFonts w:ascii="Aptos" w:hAnsi="Aptos" w:eastAsia="Aptos"/>
                <w:b/>
                <w:i w:val="0"/>
                <w:color w:val="35A18B"/>
                <w:sz w:val="17"/>
              </w:rPr>
              <w:t>TECHNICAL SKILLS</w:t>
            </w:r>
          </w:p>
          <w:p>
            <w:pPr>
              <w:spacing w:after="34" w:line="245" w:lineRule="auto"/>
              <w:ind w:left="142" w:hanging="142"/>
            </w:pPr>
            <w:r>
              <w:rPr>
                <w:rFonts w:ascii="Aptos" w:hAnsi="Aptos" w:eastAsia="Aptos"/>
                <w:b/>
                <w:i w:val="0"/>
                <w:color w:val="35A18B"/>
                <w:sz w:val="16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202020"/>
                <w:sz w:val="16"/>
              </w:rPr>
              <w:t>[Skill group 1: tools / machines / systems]</w:t>
            </w:r>
          </w:p>
          <w:p>
            <w:pPr>
              <w:spacing w:after="34" w:line="245" w:lineRule="auto"/>
              <w:ind w:left="142" w:hanging="142"/>
            </w:pPr>
            <w:r>
              <w:rPr>
                <w:rFonts w:ascii="Aptos" w:hAnsi="Aptos" w:eastAsia="Aptos"/>
                <w:b/>
                <w:i w:val="0"/>
                <w:color w:val="35A18B"/>
                <w:sz w:val="16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202020"/>
                <w:sz w:val="16"/>
              </w:rPr>
              <w:t>[Skill group 2: software / controls / diagnostics]</w:t>
            </w:r>
          </w:p>
          <w:p>
            <w:pPr>
              <w:spacing w:after="34" w:line="245" w:lineRule="auto"/>
              <w:ind w:left="142" w:hanging="142"/>
            </w:pPr>
            <w:r>
              <w:rPr>
                <w:rFonts w:ascii="Aptos" w:hAnsi="Aptos" w:eastAsia="Aptos"/>
                <w:b/>
                <w:i w:val="0"/>
                <w:color w:val="35A18B"/>
                <w:sz w:val="16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202020"/>
                <w:sz w:val="16"/>
              </w:rPr>
              <w:t>[Skill group 3: materials / standards / processes]</w:t>
            </w:r>
          </w:p>
          <w:p>
            <w:pPr>
              <w:spacing w:after="100" w:before="160" w:line="252" w:lineRule="auto"/>
            </w:pPr>
            <w:r>
              <w:rPr>
                <w:rFonts w:ascii="Aptos" w:hAnsi="Aptos" w:eastAsia="Aptos"/>
                <w:b/>
                <w:i w:val="0"/>
                <w:color w:val="35A18B"/>
                <w:sz w:val="17"/>
              </w:rPr>
              <w:t>CERTIFICATES</w:t>
            </w:r>
          </w:p>
          <w:p>
            <w:pPr>
              <w:spacing w:after="34" w:line="245" w:lineRule="auto"/>
              <w:ind w:left="142" w:hanging="142"/>
            </w:pPr>
            <w:r>
              <w:rPr>
                <w:rFonts w:ascii="Aptos" w:hAnsi="Aptos" w:eastAsia="Aptos"/>
                <w:b/>
                <w:i w:val="0"/>
                <w:color w:val="35A18B"/>
                <w:sz w:val="16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202020"/>
                <w:sz w:val="16"/>
              </w:rPr>
              <w:t>[Certificate or license] - [valid until / issued by]</w:t>
            </w:r>
          </w:p>
          <w:p>
            <w:pPr>
              <w:spacing w:after="34" w:line="245" w:lineRule="auto"/>
              <w:ind w:left="142" w:hanging="142"/>
            </w:pPr>
            <w:r>
              <w:rPr>
                <w:rFonts w:ascii="Aptos" w:hAnsi="Aptos" w:eastAsia="Aptos"/>
                <w:b/>
                <w:i w:val="0"/>
                <w:color w:val="35A18B"/>
                <w:sz w:val="16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202020"/>
                <w:sz w:val="16"/>
              </w:rPr>
              <w:t>[Safety, welding, electrical, forklift or other relevant credential]</w:t>
            </w:r>
          </w:p>
          <w:p>
            <w:pPr>
              <w:spacing w:after="100" w:before="160" w:line="252" w:lineRule="auto"/>
            </w:pPr>
            <w:r>
              <w:rPr>
                <w:rFonts w:ascii="Aptos" w:hAnsi="Aptos" w:eastAsia="Aptos"/>
                <w:b/>
                <w:i w:val="0"/>
                <w:color w:val="35A18B"/>
                <w:sz w:val="17"/>
              </w:rPr>
              <w:t>LANGUAGES</w:t>
            </w:r>
          </w:p>
          <w:p>
            <w:pPr>
              <w:spacing w:after="40" w:before="0" w:line="252" w:lineRule="auto"/>
            </w:pPr>
            <w:r>
              <w:rPr>
                <w:rFonts w:ascii="Aptos" w:hAnsi="Aptos" w:eastAsia="Aptos"/>
                <w:b/>
                <w:i w:val="0"/>
                <w:color w:val="202020"/>
                <w:sz w:val="17"/>
              </w:rPr>
              <w:t xml:space="preserve">German: </w:t>
            </w:r>
            <w:r>
              <w:rPr>
                <w:rFonts w:ascii="Aptos" w:hAnsi="Aptos" w:eastAsia="Aptos"/>
                <w:b w:val="0"/>
                <w:i w:val="0"/>
                <w:color w:val="60706C"/>
                <w:sz w:val="17"/>
              </w:rPr>
              <w:t>[A2/B1/B2/C1] - [workplace context]</w:t>
            </w:r>
          </w:p>
          <w:p>
            <w:pPr>
              <w:spacing w:after="40" w:before="0" w:line="252" w:lineRule="auto"/>
            </w:pPr>
            <w:r>
              <w:rPr>
                <w:rFonts w:ascii="Aptos" w:hAnsi="Aptos" w:eastAsia="Aptos"/>
                <w:b/>
                <w:i w:val="0"/>
                <w:color w:val="202020"/>
                <w:sz w:val="17"/>
              </w:rPr>
              <w:t xml:space="preserve">English: </w:t>
            </w:r>
            <w:r>
              <w:rPr>
                <w:rFonts w:ascii="Aptos" w:hAnsi="Aptos" w:eastAsia="Aptos"/>
                <w:b w:val="0"/>
                <w:i w:val="0"/>
                <w:color w:val="60706C"/>
                <w:sz w:val="17"/>
              </w:rPr>
              <w:t>[A2/B1/B2/C1] - [technical context]</w:t>
            </w:r>
          </w:p>
          <w:p>
            <w:pPr>
              <w:spacing w:after="40" w:before="0" w:line="252" w:lineRule="auto"/>
            </w:pPr>
            <w:r>
              <w:rPr>
                <w:rFonts w:ascii="Aptos" w:hAnsi="Aptos" w:eastAsia="Aptos"/>
                <w:b/>
                <w:i w:val="0"/>
                <w:color w:val="202020"/>
                <w:sz w:val="17"/>
              </w:rPr>
              <w:t xml:space="preserve">[Native]: </w:t>
            </w:r>
            <w:r>
              <w:rPr>
                <w:rFonts w:ascii="Aptos" w:hAnsi="Aptos" w:eastAsia="Aptos"/>
                <w:b w:val="0"/>
                <w:i w:val="0"/>
                <w:color w:val="60706C"/>
                <w:sz w:val="17"/>
              </w:rPr>
              <w:t>[Language]</w:t>
            </w:r>
          </w:p>
          <w:p>
            <w:pPr>
              <w:spacing w:after="100" w:before="160" w:line="252" w:lineRule="auto"/>
            </w:pPr>
            <w:r>
              <w:rPr>
                <w:rFonts w:ascii="Aptos" w:hAnsi="Aptos" w:eastAsia="Aptos"/>
                <w:b/>
                <w:i w:val="0"/>
                <w:color w:val="35A18B"/>
                <w:sz w:val="17"/>
              </w:rPr>
              <w:t>AVAILABILITY</w:t>
            </w:r>
          </w:p>
          <w:p>
            <w:pPr>
              <w:spacing w:after="40" w:before="0" w:line="252" w:lineRule="auto"/>
            </w:pPr>
            <w:r>
              <w:rPr>
                <w:rFonts w:ascii="Aptos" w:hAnsi="Aptos" w:eastAsia="Aptos"/>
                <w:b/>
                <w:i w:val="0"/>
                <w:color w:val="202020"/>
                <w:sz w:val="17"/>
              </w:rPr>
              <w:t xml:space="preserve">Start date: </w:t>
            </w:r>
            <w:r>
              <w:rPr>
                <w:rFonts w:ascii="Aptos" w:hAnsi="Aptos" w:eastAsia="Aptos"/>
                <w:b w:val="0"/>
                <w:i w:val="0"/>
                <w:color w:val="60706C"/>
                <w:sz w:val="17"/>
              </w:rPr>
              <w:t>[Immediately / after notice period / date]</w:t>
            </w:r>
          </w:p>
          <w:p>
            <w:pPr>
              <w:spacing w:after="40" w:before="0" w:line="252" w:lineRule="auto"/>
            </w:pPr>
            <w:r>
              <w:rPr>
                <w:rFonts w:ascii="Aptos" w:hAnsi="Aptos" w:eastAsia="Aptos"/>
                <w:b/>
                <w:i w:val="0"/>
                <w:color w:val="202020"/>
                <w:sz w:val="17"/>
              </w:rPr>
              <w:t xml:space="preserve">Relocation: </w:t>
            </w:r>
            <w:r>
              <w:rPr>
                <w:rFonts w:ascii="Aptos" w:hAnsi="Aptos" w:eastAsia="Aptos"/>
                <w:b w:val="0"/>
                <w:i w:val="0"/>
                <w:color w:val="60706C"/>
                <w:sz w:val="17"/>
              </w:rPr>
              <w:t>[Ready to relocate / already in Germany / EU-based]</w:t>
            </w:r>
          </w:p>
          <w:p>
            <w:pPr>
              <w:spacing w:after="40" w:before="0" w:line="252" w:lineRule="auto"/>
            </w:pPr>
            <w:r>
              <w:rPr>
                <w:rFonts w:ascii="Aptos" w:hAnsi="Aptos" w:eastAsia="Aptos"/>
                <w:b/>
                <w:i w:val="0"/>
                <w:color w:val="202020"/>
                <w:sz w:val="17"/>
              </w:rPr>
              <w:t xml:space="preserve">Location target: </w:t>
            </w:r>
            <w:r>
              <w:rPr>
                <w:rFonts w:ascii="Aptos" w:hAnsi="Aptos" w:eastAsia="Aptos"/>
                <w:b w:val="0"/>
                <w:i w:val="0"/>
                <w:color w:val="60706C"/>
                <w:sz w:val="17"/>
              </w:rPr>
              <w:t>[City / region / Germany-wide]</w:t>
            </w:r>
          </w:p>
          <w:p>
            <w:pPr>
              <w:spacing w:after="100" w:before="160" w:line="252" w:lineRule="auto"/>
            </w:pPr>
            <w:r>
              <w:rPr>
                <w:rFonts w:ascii="Aptos" w:hAnsi="Aptos" w:eastAsia="Aptos"/>
                <w:b/>
                <w:i w:val="0"/>
                <w:color w:val="35A18B"/>
                <w:sz w:val="17"/>
              </w:rPr>
              <w:t>ADDITIONAL INFORMATION</w:t>
            </w:r>
          </w:p>
          <w:p>
            <w:pPr>
              <w:spacing w:after="40" w:before="0" w:line="252" w:lineRule="auto"/>
            </w:pPr>
            <w:r>
              <w:rPr>
                <w:rFonts w:ascii="Aptos" w:hAnsi="Aptos" w:eastAsia="Aptos"/>
                <w:b/>
                <w:i w:val="0"/>
                <w:color w:val="202020"/>
                <w:sz w:val="17"/>
              </w:rPr>
              <w:t xml:space="preserve">Driving licence: </w:t>
            </w:r>
            <w:r>
              <w:rPr>
                <w:rFonts w:ascii="Aptos" w:hAnsi="Aptos" w:eastAsia="Aptos"/>
                <w:b w:val="0"/>
                <w:i w:val="0"/>
                <w:color w:val="60706C"/>
                <w:sz w:val="17"/>
              </w:rPr>
              <w:t>[Class B / other]</w:t>
            </w:r>
          </w:p>
          <w:p>
            <w:pPr>
              <w:spacing w:after="40" w:before="0" w:line="252" w:lineRule="auto"/>
            </w:pPr>
            <w:r>
              <w:rPr>
                <w:rFonts w:ascii="Aptos" w:hAnsi="Aptos" w:eastAsia="Aptos"/>
                <w:b/>
                <w:i w:val="0"/>
                <w:color w:val="202020"/>
                <w:sz w:val="17"/>
              </w:rPr>
              <w:t xml:space="preserve">Work permit: </w:t>
            </w:r>
            <w:r>
              <w:rPr>
                <w:rFonts w:ascii="Aptos" w:hAnsi="Aptos" w:eastAsia="Aptos"/>
                <w:b w:val="0"/>
                <w:i w:val="0"/>
                <w:color w:val="60706C"/>
                <w:sz w:val="17"/>
              </w:rPr>
              <w:t>[EU citizen / valid permit / other]</w:t>
            </w:r>
          </w:p>
          <w:p>
            <w:pPr>
              <w:spacing w:after="40" w:before="0" w:line="252" w:lineRule="auto"/>
            </w:pPr>
            <w:r>
              <w:rPr>
                <w:rFonts w:ascii="Aptos" w:hAnsi="Aptos" w:eastAsia="Aptos"/>
                <w:b/>
                <w:i w:val="0"/>
                <w:color w:val="202020"/>
                <w:sz w:val="17"/>
              </w:rPr>
              <w:t xml:space="preserve">Contract focus: </w:t>
            </w:r>
            <w:r>
              <w:rPr>
                <w:rFonts w:ascii="Aptos" w:hAnsi="Aptos" w:eastAsia="Aptos"/>
                <w:b w:val="0"/>
                <w:i w:val="0"/>
                <w:color w:val="60706C"/>
                <w:sz w:val="17"/>
              </w:rPr>
              <w:t>[Direct contract / temporary employment / open]</w:t>
            </w:r>
          </w:p>
        </w:tc>
      </w:tr>
    </w:tbl>
    <w:p>
      <w:pPr>
        <w:spacing w:before="160" w:after="0"/>
        <w:jc w:val="center"/>
      </w:pPr>
      <w:r>
        <w:rPr>
          <w:rFonts w:ascii="Aptos" w:hAnsi="Aptos" w:eastAsia="Aptos"/>
          <w:b w:val="0"/>
          <w:i w:val="0"/>
          <w:color w:val="60706C"/>
          <w:sz w:val="15"/>
        </w:rPr>
        <w:t>Template by SkilledGermany.com - German CV for technical professionals</w:t>
      </w:r>
    </w:p>
    <w:sectPr w:rsidR="00FC693F" w:rsidRPr="0006063C" w:rsidSect="00034616">
      <w:pgSz w:w="11906" w:h="16838"/>
      <w:pgMar w:top="765" w:right="822" w:bottom="709" w:left="82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19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German CV Template for Technical Professionals</dc:title>
  <dc:subject>Editable German-style CV template for technical, STEM and industrial applications in Germany</dc:subject>
  <dc:creator>SkilledGermany</dc:creator>
  <cp:keywords>German CV, technical jobs Germany, CV template Germany, SkilledGermany</cp:keywords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